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מילות שאלה: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ולזהות את מילות השאלה העיקריות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לבחור את מילת השאלה המתאימה למצב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שאלות פשוטות על 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דרך שאלות מי/מה/איפה/מתי/למה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מילות שאלה בסיסיות: מי, מה, איפה – זיהוי מילת השאלה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מִי?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אֵיפֹה?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מָה?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איפה הילדה יושבת?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מי בא לביקור?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מילות שאלה בסיסיות: מי, מה, איפה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(שואלים על אדם – ילד, מורה, 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(שואלים על דבר – ספר, כדור, עוגה)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(שואלים על מקום – בבית, בגן,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(תשובה: הסבא בא היום לכיתה)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(תשובה: אני אוכל תפוח)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מילות שאלה בסיסיות: מי, מה, איפה – השלמת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לאן, מתי, כמה – מכירים את מילות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(לְאָן?)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(מָתַי?)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(כַּמָּה?)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(לְאָן?)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(מָתַי?)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לאן, מתי, כמה – השלמת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לאן, מתי, כמה – התאמה לתשובה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לאן ומתי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למה ומדוע, איך, האם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מבקשות הסבר – בגלל מה קרה דבר 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"איך" מתארת את הדרך או האופן שבו פעלנו.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"האם" פותחת שאלה שהתשובה עליה היא כן/לא.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"מתי" שואלת על זמן, ולא על מקום (על מקום שואלים "איפה").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למה ומדוע, איך, האם – השלמת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למה ומדוע, איך, האם – הבחנה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האם תמר מתנדבת במרכז הקהילתי?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"למה" שואלת על הסיבה, ו"איך" שואלת על הדרך או האופן.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למה תמר מתנדבת כל יום חמישי? / איך תמר מגיעה למרכז?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"מדוע" כשרוצים לדעת סיבה, למשל: מדוע היא התנדבה? "איך" כשרוצים לדעת דרך, למשל: איך היא הגיעה למרכז?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קוראים ושואלים: תרגול הבנת הנקרא – מכירים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הקטע.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ההחלטה שהיא קיבלה כשעלתה.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בקטע כתוב שהיא מתנדבת בכל יום חמישי.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בקטע כתוב שהיא מתכננת ללמוד הוראה.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קוראים ושואלים: תרגול הבנת הנקרא – משלימים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קוראים ושואלים: תרגול הבנת הנקרא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למשל, כדי ללמוד עברית מהר יותר ולא לפחד לדבר.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לדוגמה: איך הרגשת ביום הראשון במרכז הקהילתי?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בהתחלה שאלות פשוטות כמו איפה וכמה, ובהמשך שאלות עמוקות יותר כמו מדוע ובאיזה אופן.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חופשית: שאלה טובה יכולה להוביל להכרויות חדשות ולהזדמנויות.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חזרה מסכמת – מילות שאלה בתרגול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האם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איך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חזרה מסכמת – כותבים ושואלים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רצתה ללמוד עברית טוב יותר ולא לפחד להתבייש, גם אם זה קשה בהתחלה.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בהתחלה שאלה פשוטה כמו 'איפה התחנה?', ובהמשך שאלה מורכבת יותר כמו 'מדוע אומרים את זה כך?'.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הגיונית הכוללת שאלה שמתחילה במילה מדוע ותשובה קצרה מתאימה.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מבחין/ה בין שאלת מקום לשאלת יעד (איפה מול לאן)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מילת שאלה נכונה המתאימה לתוכן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עונה תשובה מלאה ורלוונטית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לשתי עד שלוש שיחות קצרות, פרק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כדאי להוסיף תמונות או ניקוד למילות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על מילות שאלה גבוהות יותר כמו באיזה אופן ולשם 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בסבב שאלות ותשובות בעל פה בין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מילות שאלה: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נתרגל יחד את מילות השאלה החשובות: מי, מה, איפה, לאן, מתי, למה, כמה, איך והאם. בכל פרק יש תרגילים קצרים, ובסוף נענה יחד על שאלות על סיפור קצר.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מילות שאלה בסיסיות: מי, מה, איפה – זיהוי מילת השאלה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מילת שאלה מתאימה כששואלים על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מִי?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מָה?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אֵיפֹה?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לְאָן?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מילת שאלה מתאימה כששואלים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מִי?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מָה?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אֵיפֹה?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מָתַי?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שאלה מתאימה כששואלים על 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אֵיפֹה?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מִי?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מָה?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כַּמָּה?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התשובה היא: 'הילדה יושבת בגן' – איזו שאלה מתאימה לתשובה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יושבת בגן?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 הילדה יושבת?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הילדה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הילדה?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התשובה היא: 'הסבא בא לביקור' – איזו שאלה מתאימה לתשובה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הסבא?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הסבא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בא לביקור?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 הסבא בא?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מילות שאלה בסיסיות: מי, מה, איפה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מִי?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תשובה: אני אוכל תפוח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מָה?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שואלים על אדם – ילד, מורה, 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אֵיפֹה?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שואלים על דבר – ספר, כדור, עוגה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 בא היום לכיתה?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שואלים על מקום – בבית, בגן, ברחוב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אתה אוכל בארוחה?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תשובה: הסבא בא היום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מילות שאלה בסיסיות: מי, מה, איפה – השלמת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תשובה: הילד משחק בכדור. שאלה: __________ הילד עושה?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תשובה: החתול ישן על הכיסא. שאלה: __________ החתול ישן?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תשובה: המורה מספרת סיפור. שאלה: __________ מספרת סיפור?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תשובה: הילדים משחקים בחצר בית הספר. שאלה: __________ הילדים משחקים?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לאן, מתי, כמה – מכירים את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לאן נוסעים בקיץ?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מָתַי?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מתי יום ההולדת שלך?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כַּמָּה?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כמה חברים יש לך בכיתה?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לְאָן?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לאן הלכה הכיתה בטיול?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מָתַי?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מתי מתחילה ההפסקה?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לְאָן?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לאן, מתי, כמה – השלמת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הולכים אחרי הלימודים?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מתחיל החג?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עולה הכרטיס לסרט?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חוזרים הביתה מהטיול הארוך?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נוסעים בחופשה הקרובה שלנו?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לאן, מתי, כמה – התאמה לתשובה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מילת שאלה מתאימה לתשובה: בשעה שמונה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מילת שאלה מתאימה לתשובה: לפארק ליד הבית?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שאלה מתאימה לתשובה: שלושה תפוחים?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במשפט: הילדים הלכו לגן השעשועים בשעה ארבע – אילו שתי מילות שאלה מתאימות?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לאן ומתי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 ולמה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ואיך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למה ומדוע, איך, האם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"למה" ו"מדוע" שואלות על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"איך" שואלת באיזו דרך או באיזה אופן עושים משהו.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שאלה עם "האם" אפשר לענות רק "כן" או "לא".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"מתי" שואלת על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למה ומדוע, איך, האם – השלמת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הגעתם לבית הספר היום? (ברכב, ברגל או באוטובוס)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תמר שואלת שאלה בעברית בכל 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יש לכם שיעורי בית להיום? (רוצים לדעת כן או לא)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בחורי הנוער מלמדים מבוגרים? מהי הסיבה שהם עושים זאת?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למה ומדוע, איך, האם – הבחנה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עם "האם" על הקטע שקראתם על תמר.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השאלה "למה הלכת לשם?" לבין השאלה "איך הלכת לשם?"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עם "למה" ושאלה עם "איך" על המשפט: תמר מתנדבת במרכז בכל יום חמישי.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מתי משתמשים ב"מדוע" ומתי ב"איך", ותנו דוגמה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קוראים ושואלים: תרגול הבנת הנקרא – מכירים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עלתה לישראל מארגנטינה.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החליטה לשאול לפחות שאלה אחת בעברית בכל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מתנדבת במרכז הקהילתי בכל יום 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מתכננת ללמוד רפואה.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קוראים ושואלים: תרגול הבנת הנקרא – משלימים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עלתה תמר לישראל?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שאלות שאלה תמר בהתחלה?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תמר מתנדבת במרכז הקהילתי?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תמר מרגישה כשהיא שואלת אדם ולא מחפשת לבד?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קוראים ושואלים: תרגול הבנת הנקרא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למה, לדעתכם, תמר החליטה לשאול שאלה כל יום, גם כשהתביישה?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שהייתם שואלים את תמר, עם מילת השאלה 'איך'.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השאלות של תמר בהתחלה לשאלות שלה בהמשך 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שמסביר במילים שלכם למה 'שאלה טובה פותחת דלת'.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חזרה מסכמת – מילות שאלה בתרגול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מילת שאלה מתאימה: ___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___ השעה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___ גרה הדודה שלך?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___ אתם הולכים אחרי הלימודים?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___ עולה הכרטיס לסרט?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___ לא באת לבית הספר אתמול?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___ אתה יודע לשחק שחמט?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___ מגיעים לגן החיות?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חזרה מסכמת – כותבים ושואלים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תמר החליטה לשאול שאלה אחת בעברית כל יום? כתבו בשתי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השתנו השאלות של תמר במהלך הזמן? תנו דוגמה לשאלה פשוטה ודוגמה לשאלה מורכבת יותר.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אחת משלכם שמתחילה במילה 'מדוע', על נושא שמעניין אתכם, וענו עליה בעצמכם.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להגיד מה ההבדל בין איפה ולאן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לבנות שאלה עם מילת שאלה מתאימה למשפט נתון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לענות על שאלות מי, מה, איפה על טקסט קצר שקראתי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מילות שאלה: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