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את מילות השאלה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לבחור את מילת השאלה המתאימה למצב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פשוטות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שאלות מי/מה/איפה/מתי/למה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 – זיהוי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מִי?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אֵיפֹה?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מָה?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(שואלים על אדם – ילד, מורה, 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(שואלים על דבר – ספר, כדור, 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(שואלים על מקום – בבית, בגן, ברחוב)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 – השלמת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לאן, מתי, כמה – מכירים את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(לְאָן?)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(מָתַי?)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(כַּמָּה?)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(לְאָן?)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לאן, מתי, כמה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לאן, מתי, כמה – התאמה לתשובה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למה ומדוע, איך, האם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מבקשות הסבר – בגלל מה קרה דבר 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"איך" מתארת את הדרך או האופן שבו פעלנו.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למה ומדוע, איך, האם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למה ומדוע, איך, האם – הבחנה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האם תמר מתנדבת במרכז הקהילתי?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קוראים ושואלים: תרגול הבנת הנקרא – מכירים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ההחלטה שהיא קיבלה כשעלתה.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קוראים ושואלים: תרגול הבנת הנקרא – משלימים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קוראים ושואלים: תרגול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למשל, כדי ללמוד עברית מהר יותר ולא לפחד לדבר.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שאלה טובה יכולה להוביל להכרויות חדשות ולהזדמנויות.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חזרה מסכמת – מילות שאלה בתרגול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חזרה מסכמת – כותבים ושואלים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רצתה ללמוד עברית טוב יותר ולא לפחד להתבייש, גם אם זה קשה בהתחלה.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מבחין/ה בין שאלת מקום לשאלת יעד (איפה מול לאן)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מילת שאלה נכונה המתאימה לתוכן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 תשובה מלאה ורלוונטית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לשתי עד שלוש שיחות קצרות,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כדאי להוסיף תמונות או ניקוד למילות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על מילות שאלה גבוהות יותר כמו באיזה אופן ולשם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בסבב שאלות ותשובות בעל פה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נתרגל יחד את מילות השאלה החשובות: מי, מה, איפה, לאן, מתי, למה, כמה, איך והאם. בכל פרק יש תרגילים קצרים, ובסוף נענה יחד על שאלות על סיפור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מאין  ·  מתי  ·  לאן  ·  איפה  ·  מה  ·  למה  ·  איך  ·  אילו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מילות שאלה בסיסיות: מי, מה, איפה – זיהוי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 כששואלים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מתאימה כששואלים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מילת שאלה מתאימה כששואלים על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מָה?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מילות שאלה בסיסיות: מי, מה, איפה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מִי?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שואלים על דבר – ספר, כדור, 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מָה?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שואלים על מקום – בבית, בגן,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אֵיפֹה?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שואלים על אדם – ילד, מורה, 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מילות שאלה בסיסיות: מי, מה, איפה – השלמת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תשובה: הילד משחק בכדור. שאלה: __________ הילד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תשובה: החתול ישן על הכיסא. שאלה: __________ החתול ישן?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לאן, מתי, כמה – מכירים את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לאן נוסעים בקיץ?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כַּמָּה?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מתי יום ההולדת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לְאָן?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כמה חברים יש לך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מָתַי?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לאן הלכה הכיתה בטיול?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לְאָן?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לאן, מתי, כמה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מתחיל החג?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לאן, מתי, כמה – התאמה לתשובה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 לתשובה: בשעה שמונה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מתאימה לתשובה: לפארק ליד 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למה ומדוע, איך, האם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"למה" ו"מדוע" שואלות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"איך" שואלת באיזו דרך או באיזה אופן עושים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למה ומדוע, איך, האם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הגעתם לבית הספר היום? (ברכב, ברגל או באוטובוס)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תמר שואלת שאלה בעברית בכל יום?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למה ומדוע, איך, האם – הבחנה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עם "האם" על הקטע שקראתם על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קוראים ושואלים: תרגול הבנת הנקרא – מכירים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עלתה לישראל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קוראים ושואלים: תרגול הבנת הנקרא – משלימים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עלתה תמר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שאלות שאלה תמר בהתחלה?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קוראים ושואלים: תרגול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למה, לדעתכם, תמר החליטה לשאול שאלה כל יום, גם כשהתביישה?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שמסביר במילים שלכם למה 'שאלה טובה פותחת דלת'.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חזרה מסכמת – מילות שאלה בתרגול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מתאימה: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___ גרה הדודה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חזרה מסכמת – כותבים ושואלים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תמר החליטה לשאול שאלה אחת בעברית כל יום? כתבו בשתי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להגיד מה ההבדל בין איפה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לבנות שאלה עם מילת שאלה מתאימה למשפט נתון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